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rFonts w:ascii="Arial" w:hAnsi="Arial" w:eastAsia="Arial"/>
          <w:b/>
          <w:sz w:val="30"/>
        </w:rPr>
        <w:t>MODELO DE CARTA DE RENUNCIA VOLUNTARIA</w:t>
      </w:r>
    </w:p>
    <w:p>
      <w:pPr>
        <w:spacing w:line="276" w:lineRule="auto" w:after="80"/>
        <w:ind w:firstLine="0"/>
        <w:jc w:val="both"/>
      </w:pPr>
      <w:r>
        <w:rPr>
          <w:rFonts w:ascii="Arial" w:hAnsi="Arial" w:eastAsia="Arial"/>
          <w:sz w:val="21"/>
        </w:rPr>
        <w:t>[Ciudad], [día] de [mes] de [año].</w:t>
      </w:r>
    </w:p>
    <w:p>
      <w:pPr>
        <w:spacing w:after="40" w:line="240" w:lineRule="auto"/>
        <w:jc w:val="left"/>
      </w:pPr>
      <w:r>
        <w:rPr>
          <w:rFonts w:ascii="Arial" w:hAnsi="Arial" w:eastAsia="Arial"/>
          <w:sz w:val="21"/>
        </w:rPr>
        <w:t>Señor(a): [nombre o razón social del empleador]</w:t>
      </w:r>
    </w:p>
    <w:p>
      <w:pPr>
        <w:spacing w:after="40" w:line="240" w:lineRule="auto"/>
        <w:jc w:val="left"/>
      </w:pPr>
      <w:r>
        <w:rPr>
          <w:rFonts w:ascii="Arial" w:hAnsi="Arial" w:eastAsia="Arial"/>
          <w:sz w:val="21"/>
        </w:rPr>
        <w:t>RUT: [________]</w:t>
      </w:r>
    </w:p>
    <w:p>
      <w:pPr>
        <w:spacing w:after="40" w:line="240" w:lineRule="auto"/>
        <w:jc w:val="left"/>
      </w:pPr>
      <w:r>
        <w:rPr>
          <w:rFonts w:ascii="Arial" w:hAnsi="Arial" w:eastAsia="Arial"/>
          <w:sz w:val="21"/>
        </w:rPr>
        <w:t>Domicilio: [________]</w:t>
      </w:r>
    </w:p>
    <w:p>
      <w:pPr>
        <w:spacing w:after="40" w:line="240" w:lineRule="auto"/>
        <w:jc w:val="left"/>
      </w:pPr>
      <w:r>
        <w:rPr>
          <w:rFonts w:ascii="Arial" w:hAnsi="Arial" w:eastAsia="Arial"/>
          <w:sz w:val="21"/>
        </w:rPr>
        <w:t>Presente.</w:t>
      </w:r>
    </w:p>
    <w:p>
      <w:pPr>
        <w:spacing w:after="80"/>
        <w:jc w:val="left"/>
      </w:pPr>
      <w:r>
        <w:rPr>
          <w:rFonts w:ascii="Arial" w:hAnsi="Arial" w:eastAsia="Arial"/>
          <w:sz w:val="21"/>
        </w:rPr>
        <w:t>De mi consideración:</w:t>
      </w:r>
    </w:p>
    <w:p>
      <w:pPr>
        <w:spacing w:line="276" w:lineRule="auto" w:after="80"/>
        <w:ind w:firstLine="340"/>
        <w:jc w:val="both"/>
      </w:pPr>
      <w:r>
        <w:rPr>
          <w:rFonts w:ascii="Arial" w:hAnsi="Arial" w:eastAsia="Arial"/>
          <w:sz w:val="21"/>
        </w:rPr>
        <w:t>Yo, don(ña) [nombre completo del trabajador/a], cédula de identidad N° [________], domiciliado(a) en [domicilio], por medio de la presente vengo en comunicar formalmente mi renuncia voluntaria al cargo de [cargo] que desempeño para [nombre o razón social del empleador], de conformidad con lo dispuesto en el artículo 159 N° 2 del Código del Trabajo.</w:t>
      </w:r>
    </w:p>
    <w:p>
      <w:pPr>
        <w:spacing w:line="276" w:lineRule="auto" w:after="80"/>
        <w:ind w:firstLine="340"/>
        <w:jc w:val="both"/>
      </w:pPr>
      <w:r>
        <w:rPr>
          <w:rFonts w:ascii="Arial" w:hAnsi="Arial" w:eastAsia="Arial"/>
          <w:sz w:val="21"/>
        </w:rPr>
        <w:t>En consecuencia, informo que mi renuncia se hará efectiva a contar del día [fecha efectiva de término], dando así el aviso previo legal de 30 días, a lo menos, salvo aceptación distinta o liberación de dicho plazo por parte del empleador.</w:t>
      </w:r>
    </w:p>
    <w:p>
      <w:pPr>
        <w:spacing w:line="276" w:lineRule="auto" w:after="80"/>
        <w:ind w:firstLine="340"/>
        <w:jc w:val="both"/>
      </w:pPr>
      <w:r>
        <w:rPr>
          <w:rFonts w:ascii="Arial" w:hAnsi="Arial" w:eastAsia="Arial"/>
          <w:sz w:val="21"/>
        </w:rPr>
        <w:t>Agradezco se sirva tomar conocimiento de esta comunicación y adoptar las medidas administrativas y documentales que correspondan para el adecuado cierre de la relación laboral, incluyendo la preparación del finiquito y demás antecedentes pertinentes.</w:t>
      </w:r>
    </w:p>
    <w:p>
      <w:pPr>
        <w:spacing w:line="276" w:lineRule="auto" w:after="80"/>
        <w:ind w:firstLine="0"/>
        <w:jc w:val="both"/>
      </w:pPr>
      <w:r>
        <w:rPr>
          <w:rFonts w:ascii="Arial" w:hAnsi="Arial" w:eastAsia="Arial"/>
          <w:sz w:val="21"/>
        </w:rPr>
        <w:t>Saluda atentamente a usted,</w:t>
      </w:r>
    </w:p>
    <w:p>
      <w:pPr>
        <w:spacing w:before="280" w:after="0"/>
        <w:jc w:val="center"/>
      </w:pPr>
      <w:r>
        <w:rPr>
          <w:rFonts w:ascii="Arial" w:hAnsi="Arial" w:eastAsia="Arial"/>
          <w:sz w:val="21"/>
        </w:rPr>
        <w:t>_______________________________</w:t>
      </w:r>
    </w:p>
    <w:p>
      <w:pPr>
        <w:spacing w:after="0"/>
        <w:jc w:val="center"/>
      </w:pPr>
      <w:r>
        <w:rPr>
          <w:rFonts w:ascii="Arial" w:hAnsi="Arial" w:eastAsia="Arial"/>
          <w:b/>
          <w:sz w:val="21"/>
        </w:rPr>
        <w:t>[NOMBRE COMPLETO DEL/DE LA TRABAJADOR(A)]</w:t>
        <w:br/>
        <w:t>C.I. N° [________]</w:t>
      </w:r>
    </w:p>
    <w:p>
      <w:pPr>
        <w:jc w:val="center"/>
      </w:pPr>
      <w:r>
        <w:rPr>
          <w:rFonts w:ascii="Arial" w:hAnsi="Arial" w:eastAsia="Arial"/>
          <w:sz w:val="20"/>
        </w:rPr>
        <w:t>Firma</w:t>
      </w:r>
    </w:p>
    <w:p>
      <w:pPr>
        <w:spacing w:before="120" w:after="60"/>
      </w:pPr>
      <w:r>
        <w:rPr>
          <w:rFonts w:ascii="Arial" w:hAnsi="Arial" w:eastAsia="Arial"/>
          <w:b/>
          <w:sz w:val="23"/>
        </w:rPr>
        <w:t>CONSTANCIA DE RECEPCIÓN DEL EMPLEADOR (OPCIONAL)</w:t>
      </w:r>
    </w:p>
    <w:p>
      <w:pPr>
        <w:spacing w:line="276" w:lineRule="auto" w:after="80"/>
        <w:ind w:firstLine="0"/>
        <w:jc w:val="both"/>
      </w:pPr>
      <w:r>
        <w:rPr>
          <w:rFonts w:ascii="Arial" w:hAnsi="Arial" w:eastAsia="Arial"/>
          <w:sz w:val="21"/>
        </w:rPr>
        <w:t>Se deja constancia de la recepción de la presente carta con fecha [________], por [nombre], en representación de [empleador], firma: ______________________________.</w:t>
      </w:r>
    </w:p>
    <w:p>
      <w:pPr>
        <w:spacing w:before="120" w:after="60"/>
      </w:pPr>
      <w:r>
        <w:rPr>
          <w:rFonts w:ascii="Arial" w:hAnsi="Arial" w:eastAsia="Arial"/>
          <w:b/>
          <w:sz w:val="23"/>
        </w:rPr>
        <w:t>RATIFICACIÓN / MINISTRO DE FE</w:t>
      </w:r>
    </w:p>
    <w:p>
      <w:pPr>
        <w:spacing w:line="276" w:lineRule="auto" w:after="80"/>
        <w:ind w:firstLine="0"/>
        <w:jc w:val="both"/>
      </w:pPr>
      <w:r>
        <w:rPr>
          <w:rFonts w:ascii="Arial" w:hAnsi="Arial" w:eastAsia="Arial"/>
          <w:sz w:val="21"/>
        </w:rPr>
        <w:t>La presente renuncia deberá ser firmada también por el presidente del sindicato o delegado(a) correspondiente, o bien ratificada ante el inspector del trabajo o ministro de fe habilitado, según corresponda legalmente.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c>
          <w:tcPr>
            <w:tcW w:type="dxa" w:w="9406"/>
            <w:shd w:fill="F2F2F2"/>
            <w:vAlign w:val="center"/>
          </w:tcPr>
          <w:p>
            <w:pPr>
              <w:spacing w:after="60" w:line="264" w:lineRule="auto"/>
            </w:pPr>
            <w:r>
              <w:rPr>
                <w:rFonts w:ascii="Arial" w:hAnsi="Arial" w:eastAsia="Arial"/>
                <w:b/>
                <w:sz w:val="21"/>
              </w:rPr>
              <w:t>Nota práctica para usar este formato</w:t>
            </w:r>
          </w:p>
          <w:p>
            <w:pPr>
              <w:spacing w:after="20" w:line="259" w:lineRule="auto"/>
              <w:ind w:left="255" w:hanging="142"/>
            </w:pPr>
            <w:r>
              <w:rPr>
                <w:rFonts w:ascii="Arial" w:hAnsi="Arial" w:eastAsia="Arial"/>
                <w:sz w:val="19"/>
              </w:rPr>
              <w:t>• La renuncia del trabajador debe constar por escrito y darse con 30 días de anticipación, a lo menos, conforme al artículo 159 N° 2 del Código del Trabajo.</w:t>
            </w:r>
          </w:p>
          <w:p>
            <w:pPr>
              <w:spacing w:after="20" w:line="259" w:lineRule="auto"/>
              <w:ind w:left="255" w:hanging="142"/>
            </w:pPr>
            <w:r>
              <w:rPr>
                <w:rFonts w:ascii="Arial" w:hAnsi="Arial" w:eastAsia="Arial"/>
                <w:sz w:val="19"/>
              </w:rPr>
              <w:t>• Para que produzca sus efectos en la forma prevista por la ley, la renuncia debe firmarse con las formalidades del artículo 177 del Código del Trabajo: firma con representante sindical habilitado o ratificación ante ministro de fe.</w:t>
            </w:r>
          </w:p>
          <w:p>
            <w:pPr>
              <w:spacing w:after="20" w:line="259" w:lineRule="auto"/>
              <w:ind w:left="255" w:hanging="142"/>
            </w:pPr>
            <w:r>
              <w:rPr>
                <w:rFonts w:ascii="Arial" w:hAnsi="Arial" w:eastAsia="Arial"/>
                <w:sz w:val="19"/>
              </w:rPr>
              <w:t>• Conviene preparar tres copias y dejar una con constancia de recepción por el empleador.</w:t>
            </w:r>
          </w:p>
          <w:p>
            <w:pPr>
              <w:spacing w:after="20" w:line="259" w:lineRule="auto"/>
              <w:ind w:left="255" w:hanging="142"/>
            </w:pPr>
            <w:r>
              <w:rPr>
                <w:rFonts w:ascii="Arial" w:hAnsi="Arial" w:eastAsia="Arial"/>
                <w:sz w:val="19"/>
              </w:rPr>
              <w:t>• Este modelo es referencial y debe adaptarse a la fecha efectiva de salida, cargo, modalidad de entrega y sistema de ratificación utilizado.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Arial" w:hAnsi="Arial" w:eastAsia="Arial"/>
        <w:i/>
        <w:sz w:val="17"/>
      </w:rPr>
      <w:t>NexoAbogados | Recurso descargable referencial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