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77" w:rsidRDefault="004E2D96">
      <w:pPr>
        <w:jc w:val="center"/>
      </w:pPr>
      <w:bookmarkStart w:id="0" w:name="_GoBack"/>
      <w:bookmarkEnd w:id="0"/>
      <w:r>
        <w:rPr>
          <w:b/>
          <w:sz w:val="28"/>
        </w:rPr>
        <w:t>MODELO DE PATROCINIO Y PODER JUDICIAL</w:t>
      </w:r>
    </w:p>
    <w:p w:rsidR="00C00E77" w:rsidRDefault="004E2D96">
      <w:pPr>
        <w:jc w:val="center"/>
      </w:pPr>
      <w:r>
        <w:rPr>
          <w:b/>
          <w:sz w:val="28"/>
        </w:rPr>
        <w:t>CHILE</w:t>
      </w:r>
    </w:p>
    <w:p w:rsidR="00C00E77" w:rsidRDefault="00C00E77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5839"/>
      </w:tblGrid>
      <w:tr w:rsidR="00C00E77">
        <w:trPr>
          <w:jc w:val="center"/>
        </w:trPr>
        <w:tc>
          <w:tcPr>
            <w:tcW w:w="2948" w:type="dxa"/>
            <w:shd w:val="clear" w:color="auto" w:fill="EDEDED"/>
            <w:vAlign w:val="center"/>
          </w:tcPr>
          <w:p w:rsidR="00C00E77" w:rsidRDefault="004E2D96">
            <w:r>
              <w:rPr>
                <w:b/>
              </w:rPr>
              <w:t>Nombre del documento</w:t>
            </w:r>
          </w:p>
        </w:tc>
        <w:tc>
          <w:tcPr>
            <w:tcW w:w="5839" w:type="dxa"/>
            <w:vAlign w:val="center"/>
          </w:tcPr>
          <w:p w:rsidR="00C00E77" w:rsidRDefault="004E2D96">
            <w:r>
              <w:t>Patrocinio y Poder Judicial</w:t>
            </w:r>
          </w:p>
        </w:tc>
      </w:tr>
      <w:tr w:rsidR="00C00E77">
        <w:trPr>
          <w:jc w:val="center"/>
        </w:trPr>
        <w:tc>
          <w:tcPr>
            <w:tcW w:w="2948" w:type="dxa"/>
            <w:shd w:val="clear" w:color="auto" w:fill="EDEDED"/>
            <w:vAlign w:val="center"/>
          </w:tcPr>
          <w:p w:rsidR="00C00E77" w:rsidRDefault="004E2D96">
            <w:r>
              <w:rPr>
                <w:b/>
              </w:rPr>
              <w:t>Uso sugerido</w:t>
            </w:r>
          </w:p>
        </w:tc>
        <w:tc>
          <w:tcPr>
            <w:tcW w:w="5839" w:type="dxa"/>
            <w:vAlign w:val="center"/>
          </w:tcPr>
          <w:p w:rsidR="00C00E77" w:rsidRDefault="004E2D96">
            <w:r>
              <w:t>Primera presentacion judicial y actuaciones que requieran constitucion de patrocinio y mandato</w:t>
            </w:r>
          </w:p>
        </w:tc>
      </w:tr>
      <w:tr w:rsidR="00C00E77">
        <w:trPr>
          <w:jc w:val="center"/>
        </w:trPr>
        <w:tc>
          <w:tcPr>
            <w:tcW w:w="2948" w:type="dxa"/>
            <w:shd w:val="clear" w:color="auto" w:fill="EDEDED"/>
            <w:vAlign w:val="center"/>
          </w:tcPr>
          <w:p w:rsidR="00C00E77" w:rsidRDefault="004E2D96">
            <w:r>
              <w:rPr>
                <w:b/>
              </w:rPr>
              <w:t>Jurisdiccion</w:t>
            </w:r>
          </w:p>
        </w:tc>
        <w:tc>
          <w:tcPr>
            <w:tcW w:w="5839" w:type="dxa"/>
            <w:vAlign w:val="center"/>
          </w:tcPr>
          <w:p w:rsidR="00C00E77" w:rsidRDefault="004E2D96">
            <w:r>
              <w:t>Chile</w:t>
            </w:r>
          </w:p>
        </w:tc>
      </w:tr>
      <w:tr w:rsidR="00C00E77">
        <w:trPr>
          <w:jc w:val="center"/>
        </w:trPr>
        <w:tc>
          <w:tcPr>
            <w:tcW w:w="2948" w:type="dxa"/>
            <w:shd w:val="clear" w:color="auto" w:fill="EDEDED"/>
            <w:vAlign w:val="center"/>
          </w:tcPr>
          <w:p w:rsidR="00C00E77" w:rsidRDefault="004E2D96">
            <w:r>
              <w:rPr>
                <w:b/>
              </w:rPr>
              <w:t>Formato</w:t>
            </w:r>
          </w:p>
        </w:tc>
        <w:tc>
          <w:tcPr>
            <w:tcW w:w="5839" w:type="dxa"/>
            <w:vAlign w:val="center"/>
          </w:tcPr>
          <w:p w:rsidR="00C00E77" w:rsidRDefault="004E2D96">
            <w:r>
              <w:t xml:space="preserve">Modelo editable para </w:t>
            </w:r>
            <w:r>
              <w:t>completar y adaptar segun tribunal, procedimiento y forma de otorgamiento</w:t>
            </w:r>
          </w:p>
        </w:tc>
      </w:tr>
    </w:tbl>
    <w:p w:rsidR="00C00E77" w:rsidRDefault="004E2D96">
      <w:pPr>
        <w:spacing w:before="160" w:after="80"/>
      </w:pPr>
      <w:r>
        <w:rPr>
          <w:b/>
        </w:rPr>
        <w:t>MODELO</w:t>
      </w:r>
    </w:p>
    <w:p w:rsidR="00C00E77" w:rsidRDefault="004E2D96">
      <w:pPr>
        <w:spacing w:after="60"/>
        <w:jc w:val="center"/>
      </w:pPr>
      <w:r>
        <w:t>S.J.L. DE [CIUDAD / COMPETENCIA]</w:t>
      </w:r>
    </w:p>
    <w:p w:rsidR="00C00E77" w:rsidRDefault="004E2D96">
      <w:pPr>
        <w:spacing w:after="60"/>
        <w:ind w:firstLine="425"/>
        <w:jc w:val="both"/>
      </w:pPr>
      <w:r>
        <w:t>[NOMBRE COMPLETO DEL/DE LA SOLICITANTE O DEMANDANTE], [nacionalidad], [estado civil], [profesion u oficio], cedula nacional de identidad N° [</w:t>
      </w:r>
      <w:r>
        <w:t>RUT], domiciliado(a) en [domicilio completo], a US., respetuosamente digo:</w:t>
      </w:r>
    </w:p>
    <w:p w:rsidR="00C00E77" w:rsidRDefault="004E2D96">
      <w:pPr>
        <w:spacing w:after="60"/>
        <w:ind w:firstLine="425"/>
        <w:jc w:val="both"/>
      </w:pPr>
      <w:r>
        <w:t>Que, por este acto, vengo en conferir patrocinio y poder en esta causa a don(ña) [NOMBRE COMPLETO DEL/DE LA ABOGADO/A], abogado(a), cedula nacional de identidad N° [RUT], domiciliad</w:t>
      </w:r>
      <w:r>
        <w:t>o(a) para estos efectos en [domicilio profesional], correo electronico [correo], y telefono [numero], quien firma en señal de aceptacion y patrocinio.</w:t>
      </w:r>
    </w:p>
    <w:p w:rsidR="00C00E77" w:rsidRDefault="004E2D96">
      <w:pPr>
        <w:spacing w:after="60"/>
        <w:ind w:firstLine="425"/>
        <w:jc w:val="both"/>
      </w:pPr>
      <w:r>
        <w:t xml:space="preserve">Asimismo, confiero poder para que me represente en estos autos a don(ña) [NOMBRE DEL/DE LA ABOGADO/A O </w:t>
      </w:r>
      <w:r>
        <w:t>MANDATARIO/A], ya individualizado(a), con todas y cada una de las facultades de ambos incisos del articulo 7° del Codigo de Procedimiento Civil, especialmente las de desistirse en primera instancia de la accion deducida, aceptar la demanda contraria, absol</w:t>
      </w:r>
      <w:r>
        <w:t>ver posiciones, renunciar a los recursos o a los terminos legales, transigir, comprometer, otorgar a los arbitros facultades de arbitradores, aprobar convenios y percibir.</w:t>
      </w:r>
    </w:p>
    <w:p w:rsidR="00C00E77" w:rsidRDefault="004E2D96">
      <w:pPr>
        <w:spacing w:after="60"/>
        <w:ind w:firstLine="425"/>
        <w:jc w:val="both"/>
      </w:pPr>
      <w:r>
        <w:t>El/la mandatario(a) podra, ademas, delegar este poder en uno o mas abogados habilita</w:t>
      </w:r>
      <w:r>
        <w:t>dos para el ejercicio de la profesion, revocar delegaciones y reasumirlo cuando lo estime conveniente.</w:t>
      </w:r>
    </w:p>
    <w:p w:rsidR="00C00E77" w:rsidRDefault="004E2D96">
      <w:pPr>
        <w:spacing w:after="60"/>
        <w:ind w:firstLine="425"/>
        <w:jc w:val="both"/>
      </w:pPr>
      <w:r>
        <w:rPr>
          <w:b/>
        </w:rPr>
        <w:t>POR TANTO,</w:t>
      </w:r>
    </w:p>
    <w:p w:rsidR="00C00E77" w:rsidRDefault="004E2D96">
      <w:pPr>
        <w:spacing w:after="60"/>
        <w:ind w:firstLine="425"/>
        <w:jc w:val="both"/>
      </w:pPr>
      <w:r>
        <w:t>Ruego a US. tener presente el patrocinio y por conferido el poder, con las facultades señaladas.</w:t>
      </w:r>
    </w:p>
    <w:p w:rsidR="00C00E77" w:rsidRDefault="004E2D96">
      <w:pPr>
        <w:spacing w:after="60"/>
        <w:ind w:firstLine="425"/>
        <w:jc w:val="both"/>
      </w:pPr>
      <w:r>
        <w:rPr>
          <w:b/>
        </w:rPr>
        <w:t>PRIMER OTROSI:</w:t>
      </w:r>
      <w:r>
        <w:t xml:space="preserve"> Sirvase US. tener presente que</w:t>
      </w:r>
      <w:r>
        <w:t xml:space="preserve"> señalo como medio de notificacion el correo electronico [correo para notificaciones].</w:t>
      </w:r>
    </w:p>
    <w:p w:rsidR="00C00E77" w:rsidRDefault="004E2D96">
      <w:pPr>
        <w:spacing w:after="60"/>
        <w:ind w:firstLine="425"/>
        <w:jc w:val="both"/>
      </w:pPr>
      <w:r>
        <w:rPr>
          <w:b/>
        </w:rPr>
        <w:t>SEGUNDO OTROSI:</w:t>
      </w:r>
      <w:r>
        <w:t xml:space="preserve"> Sirvase US. tener presente que, para todos los efectos legales, mi abogado patrocinante y apoderado fija su domicilio en [domicilio].</w:t>
      </w:r>
    </w:p>
    <w:p w:rsidR="00C00E77" w:rsidRDefault="004E2D96">
      <w:pPr>
        <w:spacing w:after="60"/>
        <w:jc w:val="center"/>
      </w:pPr>
      <w:r>
        <w:t>[CIUDAD], [FECHA].</w:t>
      </w:r>
      <w:r>
        <w:br w:type="page"/>
      </w:r>
    </w:p>
    <w:p w:rsidR="00C00E77" w:rsidRDefault="00C00E77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C00E77">
        <w:trPr>
          <w:jc w:val="center"/>
        </w:trPr>
        <w:tc>
          <w:tcPr>
            <w:tcW w:w="4703" w:type="dxa"/>
          </w:tcPr>
          <w:p w:rsidR="00C00E77" w:rsidRDefault="00C00E77"/>
        </w:tc>
        <w:tc>
          <w:tcPr>
            <w:tcW w:w="4703" w:type="dxa"/>
          </w:tcPr>
          <w:p w:rsidR="00C00E77" w:rsidRDefault="00C00E77"/>
        </w:tc>
      </w:tr>
      <w:tr w:rsidR="00C00E77">
        <w:trPr>
          <w:jc w:val="center"/>
        </w:trPr>
        <w:tc>
          <w:tcPr>
            <w:tcW w:w="4703" w:type="dxa"/>
            <w:vAlign w:val="center"/>
          </w:tcPr>
          <w:p w:rsidR="00C00E77" w:rsidRDefault="004E2D96">
            <w:pPr>
              <w:jc w:val="center"/>
            </w:pPr>
            <w:r>
              <w:t>_______________________________</w:t>
            </w:r>
            <w:r>
              <w:br/>
              <w:t>Firma otorgante</w:t>
            </w:r>
            <w:r>
              <w:br/>
              <w:t>[Nombre completo]</w:t>
            </w:r>
            <w:r>
              <w:br/>
              <w:t>C.I. N° [RUT]</w:t>
            </w:r>
          </w:p>
        </w:tc>
        <w:tc>
          <w:tcPr>
            <w:tcW w:w="4703" w:type="dxa"/>
            <w:vAlign w:val="center"/>
          </w:tcPr>
          <w:p w:rsidR="00C00E77" w:rsidRDefault="004E2D96">
            <w:pPr>
              <w:jc w:val="center"/>
            </w:pPr>
            <w:r>
              <w:t>_______________________________</w:t>
            </w:r>
            <w:r>
              <w:br/>
              <w:t>Firma abogado(a) patrocinante y apoderado(a)</w:t>
            </w:r>
            <w:r>
              <w:br/>
              <w:t>[Nombre completo]</w:t>
            </w:r>
            <w:r>
              <w:br/>
              <w:t>Abogado(a)</w:t>
            </w:r>
            <w:r>
              <w:br/>
              <w:t>C.I. N° [RUT]</w:t>
            </w:r>
          </w:p>
        </w:tc>
      </w:tr>
    </w:tbl>
    <w:p w:rsidR="00C00E77" w:rsidRDefault="004E2D96">
      <w:pPr>
        <w:spacing w:before="160" w:after="80"/>
      </w:pPr>
      <w:r>
        <w:rPr>
          <w:b/>
        </w:rPr>
        <w:t>NOTA IMPORTANTE DE USO</w:t>
      </w:r>
    </w:p>
    <w:p w:rsidR="00C00E77" w:rsidRDefault="004E2D96">
      <w:pPr>
        <w:spacing w:after="60"/>
        <w:ind w:firstLine="425"/>
        <w:jc w:val="both"/>
      </w:pPr>
      <w:r>
        <w:t>Este formato constituye una</w:t>
      </w:r>
      <w:r>
        <w:t xml:space="preserve"> base referencial y debe adaptarse al procedimiento, tribunal competente, comparecencia requerida y forma de otorgamiento efectiva del mandato judicial en cada caso concreto.</w:t>
      </w:r>
    </w:p>
    <w:p w:rsidR="00C00E77" w:rsidRDefault="004E2D96">
      <w:pPr>
        <w:spacing w:after="60"/>
        <w:ind w:firstLine="425"/>
        <w:jc w:val="both"/>
      </w:pPr>
      <w:r>
        <w:t xml:space="preserve">Antes de su uso, conviene revisar especialmente la individualizacion completa de </w:t>
      </w:r>
      <w:r>
        <w:t>las partes, la competencia del tribunal, la calidad en que comparece el otorgante, la extension de las facultades conferidas y la forma de ratificacion o suscripcion exigida para la presentacion respectiva.</w:t>
      </w:r>
    </w:p>
    <w:p w:rsidR="00C00E77" w:rsidRDefault="004E2D96">
      <w:pPr>
        <w:spacing w:after="60"/>
        <w:ind w:firstLine="425"/>
        <w:jc w:val="both"/>
      </w:pPr>
      <w:r>
        <w:t>En materias o sedes especificas, la practica judi</w:t>
      </w:r>
      <w:r>
        <w:t>cial y los requisitos de tramitacion pueden variar, por lo que este modelo debe ser completado y ajustado por un abogado habilitado segun las circunstancias del asunto.</w:t>
      </w:r>
    </w:p>
    <w:p w:rsidR="00C00E77" w:rsidRDefault="004E2D96">
      <w:pPr>
        <w:spacing w:before="160" w:after="80"/>
      </w:pPr>
      <w:r>
        <w:rPr>
          <w:b/>
        </w:rPr>
        <w:t>CAMPOS QUE CONVIENE COMPLETAR O REVISAR</w:t>
      </w:r>
    </w:p>
    <w:p w:rsidR="00C00E77" w:rsidRDefault="004E2D96">
      <w:pPr>
        <w:pStyle w:val="Listaconvietas"/>
        <w:spacing w:after="40"/>
      </w:pPr>
      <w:r>
        <w:t>Tribunal o competencia correcta.</w:t>
      </w:r>
    </w:p>
    <w:p w:rsidR="00C00E77" w:rsidRDefault="004E2D96">
      <w:pPr>
        <w:pStyle w:val="Listaconvietas"/>
        <w:spacing w:after="40"/>
      </w:pPr>
      <w:r>
        <w:t>Nombre complet</w:t>
      </w:r>
      <w:r>
        <w:t>o, RUT, profesion u oficio y domicilio del otorgante.</w:t>
      </w:r>
    </w:p>
    <w:p w:rsidR="00C00E77" w:rsidRDefault="004E2D96">
      <w:pPr>
        <w:pStyle w:val="Listaconvietas"/>
        <w:spacing w:after="40"/>
      </w:pPr>
      <w:r>
        <w:t>Nombre completo y datos del abogado patrocinante y apoderado.</w:t>
      </w:r>
    </w:p>
    <w:p w:rsidR="00C00E77" w:rsidRDefault="004E2D96">
      <w:pPr>
        <w:pStyle w:val="Listaconvietas"/>
        <w:spacing w:after="40"/>
      </w:pPr>
      <w:r>
        <w:t>Correo electronico para notificaciones.</w:t>
      </w:r>
    </w:p>
    <w:p w:rsidR="00C00E77" w:rsidRDefault="004E2D96">
      <w:pPr>
        <w:pStyle w:val="Listaconvietas"/>
        <w:spacing w:after="40"/>
      </w:pPr>
      <w:r>
        <w:t>Facultades especiales efectivamente necesarias para el caso.</w:t>
      </w:r>
    </w:p>
    <w:p w:rsidR="00C00E77" w:rsidRDefault="004E2D96">
      <w:pPr>
        <w:pStyle w:val="Listaconvietas"/>
        <w:spacing w:after="40"/>
      </w:pPr>
      <w:r>
        <w:t>Fecha, ciudad y forma de firma o ratifi</w:t>
      </w:r>
      <w:r>
        <w:t>cacion aplicable.</w:t>
      </w:r>
    </w:p>
    <w:p w:rsidR="00C00E77" w:rsidRDefault="00C00E77"/>
    <w:p w:rsidR="00C00E77" w:rsidRDefault="004E2D96">
      <w:pPr>
        <w:jc w:val="center"/>
      </w:pPr>
      <w:r>
        <w:rPr>
          <w:i/>
          <w:sz w:val="18"/>
        </w:rPr>
        <w:t>NexoAbogados - Recurso descargable editable</w:t>
      </w:r>
    </w:p>
    <w:sectPr w:rsidR="00C00E77" w:rsidSect="00034616">
      <w:pgSz w:w="12240" w:h="15840"/>
      <w:pgMar w:top="1247" w:right="1417" w:bottom="113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2D96"/>
    <w:rsid w:val="00AA1D8D"/>
    <w:rsid w:val="00B47730"/>
    <w:rsid w:val="00C00E7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eastAsia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eastAsia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1D8DA5-EC9D-4B35-8CAD-EDB0D4AF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rubi esmeralda rodriguez alarcon</cp:lastModifiedBy>
  <cp:revision>2</cp:revision>
  <dcterms:created xsi:type="dcterms:W3CDTF">2026-05-14T11:19:00Z</dcterms:created>
  <dcterms:modified xsi:type="dcterms:W3CDTF">2026-05-14T11:19:00Z</dcterms:modified>
</cp:coreProperties>
</file>